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right"/>
      </w:pPr>
      <w:r>
        <w:rPr>
          <w:b w:val="0"/>
          <w:i w:val="0"/>
          <w:sz w:val="22"/>
        </w:rPr>
        <w:t>……………………………, dnia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Pracodawca: ……………………………</w:t>
      </w:r>
      <w:r>
        <w:br/>
      </w:r>
      <w:r>
        <w:rPr>
          <w:b w:val="0"/>
          <w:i w:val="0"/>
          <w:sz w:val="22"/>
        </w:rPr>
        <w:t>Adres: ……………………………</w:t>
      </w:r>
      <w:r>
        <w:br/>
      </w:r>
      <w:r>
        <w:rPr>
          <w:b w:val="0"/>
          <w:i w:val="0"/>
          <w:sz w:val="22"/>
        </w:rPr>
        <w:t>NIP: ……………………………   REGON: ……………………………</w:t>
      </w:r>
    </w:p>
    <w:p>
      <w:pPr>
        <w:spacing w:after="160"/>
        <w:jc w:val="center"/>
      </w:pPr>
      <w:r>
        <w:rPr>
          <w:b/>
          <w:i w:val="0"/>
          <w:sz w:val="22"/>
        </w:rPr>
        <w:t>ZAŚWIADCZENIE O ZATRUDNIENIU I ZAROBKACH</w:t>
      </w:r>
    </w:p>
    <w:p>
      <w:pPr>
        <w:spacing w:after="160"/>
      </w:pPr>
      <w:r>
        <w:rPr>
          <w:b w:val="0"/>
          <w:i w:val="0"/>
          <w:sz w:val="22"/>
        </w:rPr>
        <w:t>Zaświadcza się, że Pan/Pani …………………………… (imię i nazwisko), PESEL …………………………… (lub seria i numer dowodu osobistego ……………………………), jest zatrudniony/zatrudniona w …………………………… (nazwa pracodawcy) od dnia …………………………….</w:t>
      </w:r>
    </w:p>
    <w:p>
      <w:pPr>
        <w:spacing w:after="160"/>
      </w:pPr>
      <w:r>
        <w:rPr>
          <w:b w:val="0"/>
          <w:i w:val="0"/>
          <w:sz w:val="22"/>
        </w:rPr>
        <w:t>Podstawa zatrudnienia (rodzaj umowy):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Umowa zawarta na czas (nieokreślony / określony do dnia):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Stanowisko: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Wymiar czasu pracy (etat):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Przeciętne miesięczne wynagrodzenie brutto z ostatnich … miesięcy: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Przeciętne miesięczne wynagrodzenie netto z ostatnich … miesięcy: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Wynagrodzenie nie jest / jest* obciążone potrąceniami lub zajęciem komorniczym w kwocie …………………………… zł miesięcznie.</w:t>
      </w:r>
    </w:p>
    <w:p>
      <w:pPr>
        <w:spacing w:after="160"/>
      </w:pPr>
      <w:r>
        <w:rPr>
          <w:b w:val="0"/>
          <w:i w:val="0"/>
          <w:sz w:val="22"/>
        </w:rPr>
        <w:t>Pracownik nie znajduje się / znajduje się* w okresie wypowiedzenia.</w:t>
      </w:r>
    </w:p>
    <w:p>
      <w:pPr>
        <w:spacing w:after="160"/>
      </w:pPr>
      <w:r>
        <w:rPr>
          <w:b w:val="0"/>
          <w:i w:val="0"/>
          <w:sz w:val="22"/>
        </w:rPr>
        <w:t>Pracodawca nie jest / jest* w stanie likwidacji lub upadłości.</w:t>
      </w:r>
    </w:p>
    <w:p>
      <w:pPr>
        <w:spacing w:after="160"/>
      </w:pPr>
      <w:r>
        <w:rPr>
          <w:b w:val="0"/>
          <w:i w:val="0"/>
          <w:sz w:val="22"/>
        </w:rPr>
        <w:t>Zaświadczenie wydaje się na prośbę pracownika w celu przedłożenia w …………………………… (np. banku, firmie pożyczkowej, urzędzie).</w:t>
      </w:r>
    </w:p>
    <w:p>
      <w:pPr>
        <w:spacing w:after="36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……………………………</w:t>
            </w:r>
          </w:p>
        </w:tc>
      </w:tr>
      <w:tr>
        <w:tc>
          <w:tcPr>
            <w:tcW w:type="dxa" w:w="9746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Podpis i pieczęć osoby upoważnionej do reprezentowania pracodawcy</w:t>
            </w:r>
          </w:p>
        </w:tc>
      </w:tr>
    </w:tbl>
    <w:p/>
    <w:p>
      <w:pPr>
        <w:spacing w:after="160"/>
      </w:pPr>
      <w:r>
        <w:rPr>
          <w:b w:val="0"/>
          <w:i/>
          <w:sz w:val="18"/>
        </w:rPr>
        <w:t>* niepotrzebne skreślić. Wzór ma charakter pomocniczy; jeśli bank lub instytucja wymaga własnego formularza, należy użyć formularza tej instytucji. Dane w zaświadczeniu muszą być zgodne z prawdą.</w:t>
      </w:r>
    </w:p>
    <w:p>
      <w:r>
        <w:rPr>
          <w:i/>
          <w:sz w:val="16"/>
        </w:rPr>
        <w:t>Wzór: finansowo.pl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wzor-zaswiadczenia-o-zatrudnieniu-i-zarobkach</dc:title>
  <dc:subject/>
  <dc:creator>Finansowo.pl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