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2"/>
        </w:rPr>
        <w:t>UMOWA POŻYCZKI</w:t>
      </w:r>
    </w:p>
    <w:p>
      <w:pPr>
        <w:spacing w:after="160"/>
      </w:pPr>
      <w:r>
        <w:rPr>
          <w:b w:val="0"/>
          <w:i w:val="0"/>
          <w:sz w:val="22"/>
        </w:rPr>
        <w:t>zawarta w dniu …………………………… w …………………………… pomiędzy:</w:t>
      </w:r>
    </w:p>
    <w:p>
      <w:pPr>
        <w:spacing w:after="160"/>
      </w:pPr>
      <w:r>
        <w:rPr>
          <w:b w:val="0"/>
          <w:i w:val="0"/>
          <w:sz w:val="22"/>
        </w:rPr>
        <w:t>…………………………… (imię i nazwisko), zamieszkałym/zamieszkałą w ……………………………, PESEL ……………………………, zwanym/zwaną dalej Pożyczkodawcą,</w:t>
      </w:r>
    </w:p>
    <w:p>
      <w:pPr>
        <w:spacing w:after="160"/>
      </w:pPr>
      <w:r>
        <w:rPr>
          <w:b w:val="0"/>
          <w:i w:val="0"/>
          <w:sz w:val="22"/>
        </w:rPr>
        <w:t>a</w:t>
      </w:r>
    </w:p>
    <w:p>
      <w:pPr>
        <w:spacing w:after="160"/>
      </w:pPr>
      <w:r>
        <w:rPr>
          <w:b w:val="0"/>
          <w:i w:val="0"/>
          <w:sz w:val="22"/>
        </w:rPr>
        <w:t>…………………………… (imię i nazwisko), zamieszkałym/zamieszkałą w ……………………………, PESEL ……………………………, zwanym/zwaną dalej Pożyczkobiorcą.</w:t>
      </w:r>
    </w:p>
    <w:p>
      <w:pPr>
        <w:spacing w:after="160"/>
        <w:jc w:val="center"/>
      </w:pPr>
      <w:r>
        <w:rPr>
          <w:b/>
          <w:i w:val="0"/>
          <w:sz w:val="22"/>
        </w:rPr>
        <w:t>§ 1</w:t>
      </w:r>
    </w:p>
    <w:p>
      <w:pPr>
        <w:spacing w:after="160"/>
      </w:pPr>
      <w:r>
        <w:rPr>
          <w:b w:val="0"/>
          <w:i w:val="0"/>
          <w:sz w:val="22"/>
        </w:rPr>
        <w:t>Pożyczkodawca udziela Pożyczkobiorcy pożyczki w kwocie …………………………… zł (słownie: …………………………… złotych), a Pożyczkobiorca zobowiązuje się ją zwrócić na zasadach określonych w umowie.</w:t>
      </w:r>
    </w:p>
    <w:p>
      <w:pPr>
        <w:spacing w:after="160"/>
        <w:jc w:val="center"/>
      </w:pPr>
      <w:r>
        <w:rPr>
          <w:b/>
          <w:i w:val="0"/>
          <w:sz w:val="22"/>
        </w:rPr>
        <w:t>§ 2</w:t>
      </w:r>
    </w:p>
    <w:p>
      <w:pPr>
        <w:spacing w:after="160"/>
      </w:pPr>
      <w:r>
        <w:rPr>
          <w:b w:val="0"/>
          <w:i w:val="0"/>
          <w:sz w:val="22"/>
        </w:rPr>
        <w:t>Pożyczkodawca przekaże kwotę pożyczki przelewem na rachunek Pożyczkobiorcy nr …………………………… w terminie …………………………… dni od podpisania umowy. W tytule przelewu strony wpiszą: „Pożyczka zgodnie z umową z dnia ……………………………”.</w:t>
      </w:r>
    </w:p>
    <w:p>
      <w:pPr>
        <w:spacing w:after="160"/>
        <w:jc w:val="center"/>
      </w:pPr>
      <w:r>
        <w:rPr>
          <w:b/>
          <w:i w:val="0"/>
          <w:sz w:val="22"/>
        </w:rPr>
        <w:t>§ 3</w:t>
      </w:r>
    </w:p>
    <w:p>
      <w:pPr>
        <w:spacing w:after="160"/>
      </w:pPr>
      <w:r>
        <w:rPr>
          <w:b w:val="0"/>
          <w:i w:val="0"/>
          <w:sz w:val="22"/>
        </w:rPr>
        <w:t>Pożyczka jest oprocentowana w wysokości …% w skali roku. Odsetki nie mogą przekroczyć odsetek maksymalnych określonych w Kodeksie cywilnym.</w:t>
      </w:r>
    </w:p>
    <w:p>
      <w:pPr>
        <w:spacing w:after="160"/>
        <w:jc w:val="center"/>
      </w:pPr>
      <w:r>
        <w:rPr>
          <w:b/>
          <w:i w:val="0"/>
          <w:sz w:val="22"/>
        </w:rPr>
        <w:t>§ 4</w:t>
      </w:r>
    </w:p>
    <w:p>
      <w:pPr>
        <w:spacing w:after="160"/>
      </w:pPr>
      <w:r>
        <w:rPr>
          <w:b w:val="0"/>
          <w:i w:val="0"/>
          <w:sz w:val="22"/>
        </w:rPr>
        <w:t>Pożyczkobiorca zwróci pożyczkę do dnia …………………………… jednorazowo / w …………………………… ratach po …………………………… zł, płatnych do …………………………… dnia każdego miesiąca*, przelewem na rachunek Pożyczkodawcy nr …………………………….</w:t>
      </w:r>
    </w:p>
    <w:p>
      <w:pPr>
        <w:spacing w:after="160"/>
        <w:jc w:val="center"/>
      </w:pPr>
      <w:r>
        <w:rPr>
          <w:b/>
          <w:i w:val="0"/>
          <w:sz w:val="22"/>
        </w:rPr>
        <w:t>§ 5</w:t>
      </w:r>
    </w:p>
    <w:p>
      <w:pPr>
        <w:spacing w:after="160"/>
      </w:pPr>
      <w:r>
        <w:rPr>
          <w:b w:val="0"/>
          <w:i w:val="0"/>
          <w:sz w:val="22"/>
        </w:rPr>
        <w:t>Pożyczkobiorca może zwrócić pożyczkę w całości lub w części przed terminem. Odsetki nie należą się za okres po dniu zwrotu.</w:t>
      </w:r>
    </w:p>
    <w:p>
      <w:pPr>
        <w:spacing w:after="160"/>
        <w:jc w:val="center"/>
      </w:pPr>
      <w:r>
        <w:rPr>
          <w:b/>
          <w:i w:val="0"/>
          <w:sz w:val="22"/>
        </w:rPr>
        <w:t>§ 6</w:t>
      </w:r>
    </w:p>
    <w:p>
      <w:pPr>
        <w:spacing w:after="160"/>
      </w:pPr>
      <w:r>
        <w:rPr>
          <w:b w:val="0"/>
          <w:i w:val="0"/>
          <w:sz w:val="22"/>
        </w:rPr>
        <w:t>Podatek od czynności cywilnoprawnych, jeżeli jest należny, zapłaci Pożyczkobiorca.</w:t>
      </w:r>
    </w:p>
    <w:p>
      <w:pPr>
        <w:spacing w:after="160"/>
        <w:jc w:val="center"/>
      </w:pPr>
      <w:r>
        <w:rPr>
          <w:b/>
          <w:i w:val="0"/>
          <w:sz w:val="22"/>
        </w:rPr>
        <w:t>§ 7</w:t>
      </w:r>
    </w:p>
    <w:p>
      <w:pPr>
        <w:spacing w:after="160"/>
      </w:pPr>
      <w:r>
        <w:rPr>
          <w:b w:val="0"/>
          <w:i w:val="0"/>
          <w:sz w:val="22"/>
        </w:rPr>
        <w:t>W sprawach nieuregulowanych umową stosuje się przepisy Kodeksu cywilnego. Zmiany umowy wymagają formy pisemnej.</w:t>
      </w:r>
    </w:p>
    <w:p>
      <w:pPr>
        <w:spacing w:after="160"/>
        <w:jc w:val="center"/>
      </w:pPr>
      <w:r>
        <w:rPr>
          <w:b/>
          <w:i w:val="0"/>
          <w:sz w:val="22"/>
        </w:rPr>
        <w:t>§ 8</w:t>
      </w:r>
    </w:p>
    <w:p>
      <w:pPr>
        <w:spacing w:after="160"/>
      </w:pPr>
      <w:r>
        <w:rPr>
          <w:b w:val="0"/>
          <w:i w:val="0"/>
          <w:sz w:val="22"/>
        </w:rPr>
        <w:t>Umowę sporządzono w dwóch jednobrzmiących egzemplarzach, po jednym dla każdej ze stron.</w:t>
      </w:r>
    </w:p>
    <w:p>
      <w:pPr>
        <w:spacing w:after="36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……………………………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……………………………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Pożyczkodawca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Pożyczkobiorca</w:t>
            </w:r>
          </w:p>
        </w:tc>
      </w:tr>
    </w:tbl>
    <w:p/>
    <w:p>
      <w:pPr>
        <w:spacing w:after="160"/>
      </w:pPr>
      <w:r>
        <w:rPr>
          <w:b w:val="0"/>
          <w:i/>
          <w:sz w:val="18"/>
        </w:rPr>
        <w:t>* niepotrzebne skreślić. Wzór ma charakter pomocniczy i dotyczy pożyczki między osobami prywatnymi. Pożyczka powyżej 1000 zł wymaga co najmniej formy dokumentowej. Pożyczkobiorca składa deklarację PCC-3 w 14 dni, jeśli pożyczka podlega podatkowi lub zgłoszeniu (np. pożyczka od najbliższej rodziny powyżej 36 120 zł). Przy zabezpieczeniu na nieruchomości lub samochodzie warto skonsultować umowę z prawnikiem.</w:t>
      </w:r>
    </w:p>
    <w:p>
      <w:r>
        <w:rPr>
          <w:i/>
          <w:sz w:val="16"/>
        </w:rPr>
        <w:t>Wzór: finansowo.pl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wzor-umowy-pozyczki-z-odsetkami</dc:title>
  <dc:subject/>
  <dc:creator>Finansowo.pl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