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rPr>
          <w:b w:val="0"/>
          <w:i w:val="0"/>
          <w:sz w:val="22"/>
        </w:rPr>
        <w:t>……………………………, dnia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Pracodawca: ……………………………</w:t>
      </w:r>
      <w:r>
        <w:br/>
      </w:r>
      <w:r>
        <w:rPr>
          <w:b w:val="0"/>
          <w:i w:val="0"/>
          <w:sz w:val="22"/>
        </w:rPr>
        <w:t>Adres: ……………………………</w:t>
      </w:r>
      <w:r>
        <w:br/>
      </w:r>
      <w:r>
        <w:rPr>
          <w:b w:val="0"/>
          <w:i w:val="0"/>
          <w:sz w:val="22"/>
        </w:rPr>
        <w:t>NIP: ……………………………</w:t>
      </w:r>
      <w:r>
        <w:br/>
      </w:r>
      <w:r>
        <w:rPr>
          <w:b w:val="0"/>
          <w:i w:val="0"/>
          <w:sz w:val="22"/>
        </w:rPr>
        <w:t>Reprezentowany przez: …………………………… (imię, nazwisko, funkcja)</w:t>
      </w:r>
    </w:p>
    <w:p>
      <w:pPr>
        <w:spacing w:after="160"/>
        <w:jc w:val="center"/>
      </w:pPr>
      <w:r>
        <w:rPr>
          <w:b/>
          <w:i w:val="0"/>
          <w:sz w:val="22"/>
        </w:rPr>
        <w:t>PROMESA ZATRUDNIENIA</w:t>
      </w:r>
    </w:p>
    <w:p>
      <w:pPr>
        <w:spacing w:after="160"/>
      </w:pPr>
      <w:r>
        <w:rPr>
          <w:b w:val="0"/>
          <w:i w:val="0"/>
          <w:sz w:val="22"/>
        </w:rPr>
        <w:t>Pracodawca zobowiązuje się zawrzeć z Panem/Panią …………………………… (imię i nazwisko), PESEL ……………………………, zamieszkałym/zamieszkałą w ……………………………, umowę o pracę na następujących warunkach:</w:t>
      </w:r>
    </w:p>
    <w:p>
      <w:pPr>
        <w:spacing w:after="160"/>
      </w:pPr>
      <w:r>
        <w:rPr>
          <w:b w:val="0"/>
          <w:i w:val="0"/>
          <w:sz w:val="22"/>
        </w:rPr>
        <w:t>Rodzaj umowy (na czas nieokreślony / określony do dnia):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Stanowisko: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Miejsce wykonywania pracy: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Wymiar czasu pracy (etat):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Wynagrodzenie zasadnicze brutto miesięcznie: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Termin zawarcia umowy i rozpoczęcia pracy: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Zawarcie umowy zależy od: …………………………… (np. przedstawienia orzeczenia lekarskiego o braku przeciwwskazań do pracy). Jeżeli nie dotyczy, wpisać „brak dodatkowych warunków”.</w:t>
      </w:r>
    </w:p>
    <w:p>
      <w:pPr>
        <w:spacing w:after="160"/>
      </w:pPr>
      <w:r>
        <w:rPr>
          <w:b w:val="0"/>
          <w:i w:val="0"/>
          <w:sz w:val="22"/>
        </w:rPr>
        <w:t>W przypadku uchylenia się od zawarcia umowy przez którąkolwiek ze stron strony ustalają odszkodowanie w wysokości …………………………… zł / zastosowanie mają przepisy Kodeksu cywilnego o umowie przedwstępnej*.</w:t>
      </w:r>
    </w:p>
    <w:p>
      <w:pPr>
        <w:spacing w:after="36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……………………………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……………………………</w:t>
            </w:r>
          </w:p>
        </w:tc>
      </w:tr>
      <w:tr>
        <w:tc>
          <w:tcPr>
            <w:tcW w:type="dxa" w:w="4873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Podpis osoby upoważnionej do reprezentowania pracodawcy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Podpis przyszłego pracownika</w:t>
            </w:r>
          </w:p>
        </w:tc>
      </w:tr>
    </w:tbl>
    <w:p/>
    <w:p>
      <w:pPr>
        <w:spacing w:after="160"/>
      </w:pPr>
      <w:r>
        <w:rPr>
          <w:b w:val="0"/>
          <w:i/>
          <w:sz w:val="18"/>
        </w:rPr>
        <w:t>* niepotrzebne skreślić. Wzór ma charakter pomocniczy. Jeżeli bank wymaga własnego formularza, należy użyć formularza banku. Dane w promesie muszą być zgodne z prawdą.</w:t>
      </w:r>
    </w:p>
    <w:p>
      <w:r>
        <w:rPr>
          <w:i/>
          <w:sz w:val="16"/>
        </w:rPr>
        <w:t>Wzór: finansowo.pl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wzor-promesy-zatrudnienia</dc:title>
  <dc:subject/>
  <dc:creator>Finansowo.pl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