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b w:val="0"/>
          <w:i w:val="0"/>
          <w:sz w:val="22"/>
        </w:rPr>
        <w:t>……………………………, dnia ……………………………</w:t>
      </w:r>
    </w:p>
    <w:p>
      <w:pPr>
        <w:spacing w:after="160"/>
      </w:pPr>
      <w:r>
        <w:rPr>
          <w:b w:val="0"/>
          <w:i w:val="0"/>
          <w:sz w:val="22"/>
        </w:rPr>
        <w:t>Pracodawca: ……………………………</w:t>
      </w:r>
      <w:r>
        <w:br/>
      </w:r>
      <w:r>
        <w:rPr>
          <w:b w:val="0"/>
          <w:i w:val="0"/>
          <w:sz w:val="22"/>
        </w:rPr>
        <w:t>Adres: ……………………………</w:t>
      </w:r>
      <w:r>
        <w:br/>
      </w:r>
      <w:r>
        <w:rPr>
          <w:b w:val="0"/>
          <w:i w:val="0"/>
          <w:sz w:val="22"/>
        </w:rPr>
        <w:t>NIP: ……………………………</w:t>
      </w:r>
      <w:r>
        <w:br/>
      </w:r>
      <w:r>
        <w:rPr>
          <w:b w:val="0"/>
          <w:i w:val="0"/>
          <w:sz w:val="22"/>
        </w:rPr>
        <w:t>Osoba do kontaktu: …………………………… (imię, nazwisko, telefon)</w:t>
      </w:r>
    </w:p>
    <w:p>
      <w:pPr>
        <w:spacing w:after="160"/>
        <w:jc w:val="center"/>
      </w:pPr>
      <w:r>
        <w:rPr>
          <w:b/>
          <w:i w:val="0"/>
          <w:sz w:val="22"/>
        </w:rPr>
        <w:t>OŚWIADCZENIE O GOTOWOŚCI ZATRUDNIENIA</w:t>
      </w:r>
      <w:r>
        <w:br/>
      </w:r>
      <w:r>
        <w:rPr>
          <w:b/>
          <w:i w:val="0"/>
          <w:sz w:val="22"/>
        </w:rPr>
        <w:t>(promesa zatrudnienia dla osoby skazanej)</w:t>
      </w:r>
    </w:p>
    <w:p>
      <w:pPr>
        <w:spacing w:after="160"/>
      </w:pPr>
      <w:r>
        <w:rPr>
          <w:b w:val="0"/>
          <w:i w:val="0"/>
          <w:sz w:val="22"/>
        </w:rPr>
        <w:t>Oświadczam, że …………………………… (nazwa pracodawcy) jest gotowy zatrudnić Pana/Panią …………………………… (imię i nazwisko), urodzonego/urodzoną ……………………………, na stanowisku ……………………………, na podstawie …………………………… (rodzaj umowy), w wymiarze …………………………… etatu, z wynagrodzeniem około …………………………… zł brutto miesięcznie, od dnia …………………………… albo od dnia zwolnienia.</w:t>
      </w:r>
    </w:p>
    <w:p>
      <w:pPr>
        <w:spacing w:after="160"/>
      </w:pPr>
      <w:r>
        <w:rPr>
          <w:b w:val="0"/>
          <w:i w:val="0"/>
          <w:sz w:val="22"/>
        </w:rPr>
        <w:t>Oświadczenie składam w celu przedłożenia w …………………………… (np. sądzie penitencjarnym, zakładzie karnym) w związku z …………………………… (np. wnioskiem o warunkowe przedterminowe zwolnienie).</w:t>
      </w:r>
    </w:p>
    <w:p>
      <w:pPr>
        <w:spacing w:after="160"/>
      </w:pPr>
      <w:r>
        <w:rPr>
          <w:b w:val="0"/>
          <w:i w:val="0"/>
          <w:sz w:val="22"/>
        </w:rPr>
        <w:t>Na prośbę sądu lub administracji zakładu karnego potwierdzę gotowość zatrudnienia pod wskazanym numerem telefonu.</w:t>
      </w:r>
    </w:p>
    <w:p>
      <w:pPr>
        <w:spacing w:after="36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……………………………</w:t>
            </w:r>
          </w:p>
        </w:tc>
      </w:tr>
      <w:tr>
        <w:tc>
          <w:tcPr>
            <w:tcW w:type="dxa" w:w="9746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Podpis osoby upoważnionej do reprezentowania pracodawcy</w:t>
            </w:r>
          </w:p>
        </w:tc>
      </w:tr>
    </w:tbl>
    <w:p/>
    <w:p>
      <w:pPr>
        <w:spacing w:after="160"/>
      </w:pPr>
      <w:r>
        <w:rPr>
          <w:b w:val="0"/>
          <w:i/>
          <w:sz w:val="18"/>
        </w:rPr>
        <w:t>Przepisy nie przewidują urzędowego wzoru takiego oświadczenia. Wzór ma charakter pomocniczy; oświadczenie nie gwarantuje pozytywnej decyzji sądu.</w:t>
      </w:r>
    </w:p>
    <w:p>
      <w:r>
        <w:rPr>
          <w:i/>
          <w:sz w:val="16"/>
        </w:rPr>
        <w:t>Wzór: finansowo.pl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wzor-promesy-zatrudnienia-dla-osoby-skazanej</dc:title>
  <dc:subject/>
  <dc:creator>Finansowo.pl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